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67" w:rsidRDefault="00256A60">
      <w:pPr>
        <w:spacing w:after="360" w:line="240" w:lineRule="auto"/>
        <w:ind w:right="142"/>
        <w:jc w:val="right"/>
        <w:rPr>
          <w:lang w:eastAsia="zh-TW"/>
        </w:rPr>
      </w:pPr>
      <w:r>
        <w:rPr>
          <w:rFonts w:cs="標楷體"/>
          <w:sz w:val="26"/>
          <w:lang w:eastAsia="zh-TW"/>
        </w:rPr>
        <w:t>附件 3</w:t>
      </w:r>
    </w:p>
    <w:p w:rsidR="00594F67" w:rsidRDefault="00256A60">
      <w:pPr>
        <w:spacing w:after="140" w:line="240" w:lineRule="auto"/>
        <w:jc w:val="center"/>
        <w:rPr>
          <w:lang w:eastAsia="zh-TW"/>
        </w:rPr>
      </w:pPr>
      <w:r>
        <w:rPr>
          <w:rFonts w:cs="標楷體"/>
          <w:sz w:val="34"/>
          <w:lang w:eastAsia="zh-TW"/>
        </w:rPr>
        <w:t>桃園市參加 115 年全民運動會各參賽單位集訓調查表</w:t>
      </w:r>
    </w:p>
    <w:tbl>
      <w:tblPr>
        <w:tblW w:w="10376" w:type="dxa"/>
        <w:jc w:val="center"/>
        <w:tblBorders>
          <w:top w:val="single" w:sz="6" w:space="0" w:color="555555"/>
          <w:left w:val="single" w:sz="6" w:space="0" w:color="555555"/>
          <w:bottom w:val="single" w:sz="6" w:space="0" w:color="555555"/>
          <w:right w:val="single" w:sz="6" w:space="0" w:color="555555"/>
          <w:insideH w:val="single" w:sz="6" w:space="0" w:color="555555"/>
          <w:insideV w:val="single" w:sz="6" w:space="0" w:color="555555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3261"/>
        <w:gridCol w:w="1559"/>
        <w:gridCol w:w="4111"/>
      </w:tblGrid>
      <w:tr w:rsidR="00594F67">
        <w:trPr>
          <w:trHeight w:hRule="exact" w:val="493"/>
          <w:jc w:val="center"/>
        </w:trPr>
        <w:tc>
          <w:tcPr>
            <w:tcW w:w="1445" w:type="dxa"/>
            <w:vMerge w:val="restart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  <w:jc w:val="center"/>
            </w:pPr>
            <w:r>
              <w:rPr>
                <w:rFonts w:cs="標楷體"/>
              </w:rPr>
              <w:t>參賽種類</w:t>
            </w:r>
          </w:p>
        </w:tc>
        <w:tc>
          <w:tcPr>
            <w:tcW w:w="3260" w:type="dxa"/>
            <w:vMerge w:val="restart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97095F">
            <w:pPr>
              <w:spacing w:line="240" w:lineRule="auto"/>
              <w:jc w:val="center"/>
              <w:rPr>
                <w:lang w:eastAsia="zh-TW"/>
              </w:rPr>
            </w:pPr>
            <w:r>
              <w:rPr>
                <w:rFonts w:hint="eastAsia"/>
                <w:lang w:eastAsia="zh-HK"/>
              </w:rPr>
              <w:t>劍道</w:t>
            </w:r>
          </w:p>
        </w:tc>
        <w:tc>
          <w:tcPr>
            <w:tcW w:w="1559" w:type="dxa"/>
            <w:vMerge w:val="restart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  <w:jc w:val="center"/>
            </w:pPr>
            <w:r>
              <w:rPr>
                <w:rFonts w:cs="標楷體"/>
              </w:rPr>
              <w:t>聯絡人</w:t>
            </w:r>
          </w:p>
        </w:tc>
        <w:tc>
          <w:tcPr>
            <w:tcW w:w="411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</w:pPr>
            <w:r>
              <w:rPr>
                <w:rFonts w:cs="標楷體"/>
                <w:sz w:val="23"/>
              </w:rPr>
              <w:t>職稱：</w:t>
            </w:r>
            <w:r w:rsidR="0097095F">
              <w:rPr>
                <w:rFonts w:cs="標楷體" w:hint="eastAsia"/>
                <w:sz w:val="23"/>
                <w:lang w:eastAsia="zh-HK"/>
              </w:rPr>
              <w:t>總幹事</w:t>
            </w:r>
          </w:p>
        </w:tc>
      </w:tr>
      <w:tr w:rsidR="00594F67">
        <w:trPr>
          <w:trHeight w:hRule="exact" w:val="493"/>
          <w:jc w:val="center"/>
        </w:trPr>
        <w:tc>
          <w:tcPr>
            <w:tcW w:w="1445" w:type="dxa"/>
            <w:vMerge/>
          </w:tcPr>
          <w:p w:rsidR="00594F67" w:rsidRDefault="00594F67"/>
        </w:tc>
        <w:tc>
          <w:tcPr>
            <w:tcW w:w="3260" w:type="dxa"/>
            <w:vMerge/>
          </w:tcPr>
          <w:p w:rsidR="00594F67" w:rsidRDefault="00594F67"/>
        </w:tc>
        <w:tc>
          <w:tcPr>
            <w:tcW w:w="1559" w:type="dxa"/>
            <w:vMerge/>
          </w:tcPr>
          <w:p w:rsidR="00594F67" w:rsidRDefault="00594F67"/>
        </w:tc>
        <w:tc>
          <w:tcPr>
            <w:tcW w:w="411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</w:pPr>
            <w:r>
              <w:rPr>
                <w:rFonts w:cs="標楷體"/>
                <w:sz w:val="23"/>
              </w:rPr>
              <w:t>姓名：</w:t>
            </w:r>
            <w:r w:rsidR="0097095F">
              <w:rPr>
                <w:rFonts w:cs="標楷體" w:hint="eastAsia"/>
                <w:sz w:val="23"/>
                <w:lang w:eastAsia="zh-HK"/>
              </w:rPr>
              <w:t>劉有元</w:t>
            </w:r>
          </w:p>
        </w:tc>
      </w:tr>
      <w:tr w:rsidR="00594F67">
        <w:trPr>
          <w:trHeight w:hRule="exact" w:val="493"/>
          <w:jc w:val="center"/>
        </w:trPr>
        <w:tc>
          <w:tcPr>
            <w:tcW w:w="1445" w:type="dxa"/>
            <w:vMerge/>
          </w:tcPr>
          <w:p w:rsidR="00594F67" w:rsidRDefault="00594F67"/>
        </w:tc>
        <w:tc>
          <w:tcPr>
            <w:tcW w:w="3260" w:type="dxa"/>
            <w:vMerge/>
          </w:tcPr>
          <w:p w:rsidR="00594F67" w:rsidRDefault="00594F67"/>
        </w:tc>
        <w:tc>
          <w:tcPr>
            <w:tcW w:w="1559" w:type="dxa"/>
            <w:vMerge/>
          </w:tcPr>
          <w:p w:rsidR="00594F67" w:rsidRDefault="00594F67"/>
        </w:tc>
        <w:tc>
          <w:tcPr>
            <w:tcW w:w="4110" w:type="dxa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</w:pPr>
            <w:r>
              <w:rPr>
                <w:rFonts w:cs="標楷體"/>
                <w:sz w:val="23"/>
              </w:rPr>
              <w:t>手機：</w:t>
            </w:r>
            <w:r w:rsidR="0097095F">
              <w:rPr>
                <w:rFonts w:cs="標楷體" w:hint="eastAsia"/>
                <w:sz w:val="23"/>
                <w:lang w:eastAsia="zh-TW"/>
              </w:rPr>
              <w:t>0936163593</w:t>
            </w:r>
          </w:p>
        </w:tc>
      </w:tr>
    </w:tbl>
    <w:p w:rsidR="00594F67" w:rsidRDefault="00594F67">
      <w:pPr>
        <w:spacing w:line="240" w:lineRule="auto"/>
      </w:pPr>
    </w:p>
    <w:p w:rsidR="00594F67" w:rsidRDefault="00256A60">
      <w:pPr>
        <w:spacing w:after="100" w:line="240" w:lineRule="auto"/>
        <w:ind w:left="142"/>
        <w:rPr>
          <w:lang w:eastAsia="zh-TW"/>
        </w:rPr>
      </w:pPr>
      <w:r>
        <w:rPr>
          <w:rFonts w:cs="標楷體"/>
          <w:sz w:val="26"/>
          <w:lang w:eastAsia="zh-TW"/>
        </w:rPr>
        <w:t>集訓規劃：男子組</w:t>
      </w:r>
      <w:r w:rsidR="0097095F">
        <w:rPr>
          <w:rFonts w:cs="標楷體" w:hint="eastAsia"/>
          <w:sz w:val="26"/>
          <w:lang w:eastAsia="zh-TW"/>
        </w:rPr>
        <w:t>、</w:t>
      </w:r>
      <w:r w:rsidR="0097095F">
        <w:rPr>
          <w:rFonts w:cs="標楷體" w:hint="eastAsia"/>
          <w:sz w:val="26"/>
          <w:lang w:eastAsia="zh-HK"/>
        </w:rPr>
        <w:t>女子組</w:t>
      </w:r>
    </w:p>
    <w:tbl>
      <w:tblPr>
        <w:tblW w:w="10376" w:type="dxa"/>
        <w:jc w:val="center"/>
        <w:tblBorders>
          <w:top w:val="single" w:sz="6" w:space="0" w:color="555555"/>
          <w:left w:val="single" w:sz="6" w:space="0" w:color="555555"/>
          <w:bottom w:val="single" w:sz="6" w:space="0" w:color="555555"/>
          <w:right w:val="single" w:sz="6" w:space="0" w:color="555555"/>
          <w:insideH w:val="single" w:sz="6" w:space="0" w:color="555555"/>
          <w:insideV w:val="single" w:sz="6" w:space="0" w:color="555555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899"/>
        <w:gridCol w:w="3459"/>
        <w:gridCol w:w="3459"/>
      </w:tblGrid>
      <w:tr w:rsidR="00594F67" w:rsidTr="0097095F">
        <w:trPr>
          <w:trHeight w:hRule="exact" w:val="425"/>
          <w:jc w:val="center"/>
        </w:trPr>
        <w:tc>
          <w:tcPr>
            <w:tcW w:w="3458" w:type="dxa"/>
            <w:gridSpan w:val="2"/>
            <w:shd w:val="clear" w:color="auto" w:fill="E7E7E7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  <w:jc w:val="center"/>
            </w:pPr>
            <w:r>
              <w:rPr>
                <w:rFonts w:cs="標楷體"/>
              </w:rPr>
              <w:t>訓練日期</w:t>
            </w:r>
          </w:p>
        </w:tc>
        <w:tc>
          <w:tcPr>
            <w:tcW w:w="3459" w:type="dxa"/>
            <w:shd w:val="clear" w:color="auto" w:fill="E7E7E7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  <w:jc w:val="center"/>
            </w:pPr>
            <w:r>
              <w:rPr>
                <w:rFonts w:cs="標楷體"/>
              </w:rPr>
              <w:t>時間</w:t>
            </w:r>
          </w:p>
        </w:tc>
        <w:tc>
          <w:tcPr>
            <w:tcW w:w="3459" w:type="dxa"/>
            <w:shd w:val="clear" w:color="auto" w:fill="E7E7E7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:rsidR="00594F67" w:rsidRDefault="00256A60">
            <w:pPr>
              <w:spacing w:line="240" w:lineRule="auto"/>
              <w:jc w:val="center"/>
            </w:pPr>
            <w:r>
              <w:rPr>
                <w:rFonts w:cs="標楷體"/>
              </w:rPr>
              <w:t>訓練地點</w:t>
            </w:r>
          </w:p>
        </w:tc>
      </w:tr>
      <w:tr w:rsidR="00770BB7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770BB7" w:rsidRDefault="00770BB7" w:rsidP="00770BB7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770BB7" w:rsidRDefault="00770BB7" w:rsidP="00770BB7">
            <w:r>
              <w:rPr>
                <w:rFonts w:hint="eastAsia"/>
                <w:lang w:eastAsia="zh-TW"/>
              </w:rPr>
              <w:t>10/3</w:t>
            </w:r>
          </w:p>
        </w:tc>
        <w:tc>
          <w:tcPr>
            <w:tcW w:w="3459" w:type="dxa"/>
            <w:vAlign w:val="center"/>
          </w:tcPr>
          <w:p w:rsidR="00770BB7" w:rsidRDefault="00770BB7" w:rsidP="00627870">
            <w:r>
              <w:rPr>
                <w:rFonts w:hint="eastAsia"/>
                <w:lang w:eastAsia="zh-TW"/>
              </w:rPr>
              <w:t>19:</w:t>
            </w:r>
            <w:r w:rsidR="00627870"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770BB7" w:rsidRDefault="00770BB7" w:rsidP="00770BB7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10/</w:t>
            </w:r>
            <w:r>
              <w:rPr>
                <w:lang w:eastAsia="zh-TW"/>
              </w:rPr>
              <w:t>4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>
            <w:r w:rsidRPr="00256A60">
              <w:rPr>
                <w:rFonts w:hint="eastAsia"/>
                <w:sz w:val="40"/>
                <w:szCs w:val="40"/>
              </w:rPr>
              <w:t>ˇ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10/</w:t>
            </w:r>
            <w:r>
              <w:rPr>
                <w:lang w:eastAsia="zh-TW"/>
              </w:rPr>
              <w:t>5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</w:t>
            </w:r>
            <w:bookmarkStart w:id="0" w:name="_GoBack"/>
            <w:bookmarkEnd w:id="0"/>
            <w:r>
              <w:rPr>
                <w:rFonts w:hint="eastAsia"/>
                <w:lang w:eastAsia="zh-HK"/>
              </w:rPr>
              <w:t>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10/</w:t>
            </w:r>
            <w:r>
              <w:rPr>
                <w:lang w:eastAsia="zh-TW"/>
              </w:rPr>
              <w:t>6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10/</w:t>
            </w:r>
            <w:r>
              <w:rPr>
                <w:lang w:eastAsia="zh-TW"/>
              </w:rPr>
              <w:t>7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10/</w:t>
            </w:r>
            <w:r>
              <w:rPr>
                <w:lang w:eastAsia="zh-TW"/>
              </w:rPr>
              <w:t>8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Pr="00256A60" w:rsidRDefault="00627870" w:rsidP="00627870">
            <w:pPr>
              <w:rPr>
                <w:sz w:val="40"/>
                <w:szCs w:val="4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10/9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10/11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10/12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10/13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10/14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10/15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  <w:tr w:rsidR="00627870" w:rsidTr="00256A60">
        <w:trPr>
          <w:trHeight w:hRule="exact" w:val="567"/>
          <w:jc w:val="center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:rsidR="00627870" w:rsidRDefault="00627870" w:rsidP="00627870"/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:rsidR="00627870" w:rsidRDefault="00627870" w:rsidP="0062787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10/16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TW"/>
              </w:rPr>
              <w:t>19:</w:t>
            </w:r>
            <w:r>
              <w:rPr>
                <w:lang w:eastAsia="zh-TW"/>
              </w:rPr>
              <w:t>3</w:t>
            </w:r>
            <w:r>
              <w:rPr>
                <w:rFonts w:hint="eastAsia"/>
                <w:lang w:eastAsia="zh-TW"/>
              </w:rPr>
              <w:t>0-21:00</w:t>
            </w:r>
          </w:p>
        </w:tc>
        <w:tc>
          <w:tcPr>
            <w:tcW w:w="3459" w:type="dxa"/>
            <w:vAlign w:val="center"/>
          </w:tcPr>
          <w:p w:rsidR="00627870" w:rsidRDefault="00627870" w:rsidP="00627870">
            <w:r>
              <w:rPr>
                <w:rFonts w:hint="eastAsia"/>
                <w:lang w:eastAsia="zh-HK"/>
              </w:rPr>
              <w:t>桃園巿劍道館</w:t>
            </w:r>
          </w:p>
        </w:tc>
      </w:tr>
    </w:tbl>
    <w:p w:rsidR="00594F67" w:rsidRDefault="00594F67">
      <w:pPr>
        <w:spacing w:line="240" w:lineRule="auto"/>
      </w:pPr>
    </w:p>
    <w:p w:rsidR="00594F67" w:rsidRDefault="00594F67">
      <w:pPr>
        <w:spacing w:before="20" w:after="40"/>
        <w:ind w:left="255"/>
      </w:pPr>
    </w:p>
    <w:p w:rsidR="00594F67" w:rsidRDefault="00256A60">
      <w:pPr>
        <w:spacing w:after="40" w:line="240" w:lineRule="auto"/>
      </w:pPr>
      <w:r>
        <w:rPr>
          <w:rFonts w:cs="標楷體"/>
          <w:sz w:val="23"/>
        </w:rPr>
        <w:t>說明：</w:t>
      </w:r>
    </w:p>
    <w:p w:rsidR="00594F67" w:rsidRDefault="00256A60">
      <w:pPr>
        <w:spacing w:after="20" w:line="240" w:lineRule="auto"/>
        <w:rPr>
          <w:lang w:eastAsia="zh-TW"/>
        </w:rPr>
      </w:pPr>
      <w:r>
        <w:rPr>
          <w:rFonts w:cs="標楷體"/>
          <w:sz w:val="23"/>
          <w:lang w:eastAsia="zh-TW"/>
        </w:rPr>
        <w:t>請填列後於 8/24 日前上傳至：</w:t>
      </w:r>
    </w:p>
    <w:p w:rsidR="00594F67" w:rsidRDefault="00256A60">
      <w:pPr>
        <w:spacing w:after="20" w:line="240" w:lineRule="auto"/>
        <w:rPr>
          <w:lang w:eastAsia="zh-TW"/>
        </w:rPr>
      </w:pPr>
      <w:r>
        <w:rPr>
          <w:rFonts w:cs="標楷體"/>
          <w:sz w:val="22"/>
          <w:u w:val="single"/>
          <w:lang w:eastAsia="zh-TW"/>
        </w:rPr>
        <w:t>http://114.34.29.91/（115 全民運）-（集訓調查表上傳夾），屆時隊本部將派員</w:t>
      </w:r>
    </w:p>
    <w:p w:rsidR="00594F67" w:rsidRDefault="00256A60">
      <w:pPr>
        <w:spacing w:line="240" w:lineRule="auto"/>
      </w:pPr>
      <w:r>
        <w:rPr>
          <w:rFonts w:cs="標楷體"/>
          <w:sz w:val="23"/>
        </w:rPr>
        <w:t>前往督訓及慰勞。</w:t>
      </w:r>
    </w:p>
    <w:sectPr w:rsidR="00594F67" w:rsidSect="00034616">
      <w:pgSz w:w="11906" w:h="16838"/>
      <w:pgMar w:top="1162" w:right="765" w:bottom="652" w:left="765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AFA" w:rsidRDefault="005D2AFA" w:rsidP="00770BB7">
      <w:pPr>
        <w:spacing w:line="240" w:lineRule="auto"/>
      </w:pPr>
      <w:r>
        <w:separator/>
      </w:r>
    </w:p>
  </w:endnote>
  <w:endnote w:type="continuationSeparator" w:id="0">
    <w:p w:rsidR="005D2AFA" w:rsidRDefault="005D2AFA" w:rsidP="00770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AFA" w:rsidRDefault="005D2AFA" w:rsidP="00770BB7">
      <w:pPr>
        <w:spacing w:line="240" w:lineRule="auto"/>
      </w:pPr>
      <w:r>
        <w:separator/>
      </w:r>
    </w:p>
  </w:footnote>
  <w:footnote w:type="continuationSeparator" w:id="0">
    <w:p w:rsidR="005D2AFA" w:rsidRDefault="005D2AFA" w:rsidP="00770B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56A60"/>
    <w:rsid w:val="0029639D"/>
    <w:rsid w:val="00326F90"/>
    <w:rsid w:val="00594F67"/>
    <w:rsid w:val="005A5DAF"/>
    <w:rsid w:val="005D2AFA"/>
    <w:rsid w:val="00627870"/>
    <w:rsid w:val="00770BB7"/>
    <w:rsid w:val="0097095F"/>
    <w:rsid w:val="009A7C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D1FCC2"/>
  <w14:defaultImageDpi w14:val="300"/>
  <w15:docId w15:val="{7EE35478-42EB-417C-A9B4-690B8B3B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3F3948-EE7A-491A-99FE-5973866A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桃園市參加115年全民運動會各參賽單位集訓調查表</dc:title>
  <dc:subject/>
  <dc:creator>user</dc:creator>
  <cp:keywords/>
  <dc:description>generated by python-docx</dc:description>
  <cp:lastModifiedBy>King</cp:lastModifiedBy>
  <cp:revision>5</cp:revision>
  <dcterms:created xsi:type="dcterms:W3CDTF">2026-08-15T13:08:00Z</dcterms:created>
  <dcterms:modified xsi:type="dcterms:W3CDTF">2026-08-20T05:49:00Z</dcterms:modified>
  <cp:category/>
</cp:coreProperties>
</file>